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5FD9" w14:textId="77777777" w:rsidR="00A96D2D" w:rsidRPr="00E76E80" w:rsidRDefault="00A41DCC" w:rsidP="00E76E80">
      <w:pPr>
        <w:pStyle w:val="Heading1"/>
        <w:jc w:val="center"/>
        <w:rPr>
          <w:rFonts w:ascii="Aptos" w:hAnsi="Aptos"/>
          <w:sz w:val="32"/>
          <w:szCs w:val="32"/>
        </w:rPr>
      </w:pPr>
      <w:r w:rsidRPr="00E76E80">
        <w:rPr>
          <w:rFonts w:ascii="Aptos" w:hAnsi="Aptos"/>
          <w:sz w:val="32"/>
          <w:szCs w:val="32"/>
        </w:rPr>
        <w:t>EDRIS CAIGE</w:t>
      </w:r>
    </w:p>
    <w:p w14:paraId="73C6F1A1" w14:textId="77777777" w:rsidR="00A96D2D" w:rsidRPr="00E76E80" w:rsidRDefault="00A41DCC" w:rsidP="00E76E80">
      <w:pPr>
        <w:jc w:val="center"/>
        <w:rPr>
          <w:rFonts w:ascii="Aptos" w:hAnsi="Aptos"/>
        </w:rPr>
      </w:pPr>
      <w:r w:rsidRPr="00E76E80">
        <w:rPr>
          <w:rFonts w:ascii="Aptos" w:hAnsi="Aptos"/>
          <w:b/>
        </w:rPr>
        <w:t>Award-Winning Feature Screenwriter</w:t>
      </w:r>
      <w:r w:rsidRPr="00E76E80">
        <w:rPr>
          <w:rFonts w:ascii="Aptos" w:hAnsi="Aptos"/>
          <w:b/>
        </w:rPr>
        <w:br/>
      </w:r>
      <w:r w:rsidRPr="00E76E80">
        <w:rPr>
          <w:rFonts w:ascii="Aptos" w:hAnsi="Aptos"/>
        </w:rPr>
        <w:t>New Prague, MN | 651-285-5039 | a.edriscaige@gmail.com</w:t>
      </w:r>
      <w:r w:rsidRPr="00E76E80">
        <w:rPr>
          <w:rFonts w:ascii="Aptos" w:hAnsi="Aptos"/>
        </w:rPr>
        <w:br/>
        <w:t>IMDb: https://www.imdb.com/user/ur206763072/</w:t>
      </w:r>
      <w:r w:rsidRPr="00E76E80">
        <w:rPr>
          <w:rFonts w:ascii="Aptos" w:hAnsi="Aptos"/>
        </w:rPr>
        <w:br/>
        <w:t>ISA: https://www.networkisa.org/profile/a-edris-caige</w:t>
      </w:r>
      <w:r w:rsidRPr="00E76E80">
        <w:rPr>
          <w:rFonts w:ascii="Aptos" w:hAnsi="Aptos"/>
        </w:rPr>
        <w:br/>
        <w:t>Notion Portfolio: https://www.notion.so/Screenwriter-Power-Crime-and-History-Through-a-Female-Lens</w:t>
      </w:r>
    </w:p>
    <w:p w14:paraId="3230999C" w14:textId="77777777" w:rsidR="00A96D2D" w:rsidRPr="00E76E80" w:rsidRDefault="00A41DCC">
      <w:pPr>
        <w:pStyle w:val="Heading2"/>
        <w:rPr>
          <w:rFonts w:ascii="Aptos" w:hAnsi="Aptos"/>
        </w:rPr>
      </w:pPr>
      <w:r w:rsidRPr="00E76E80">
        <w:rPr>
          <w:rFonts w:ascii="Aptos" w:hAnsi="Aptos"/>
        </w:rPr>
        <w:t>PROFILE</w:t>
      </w:r>
    </w:p>
    <w:p w14:paraId="0D81D3B6" w14:textId="77777777" w:rsidR="00A96D2D" w:rsidRPr="00E76E80" w:rsidRDefault="00A41DCC">
      <w:pPr>
        <w:rPr>
          <w:rFonts w:ascii="Aptos" w:hAnsi="Aptos"/>
        </w:rPr>
      </w:pPr>
      <w:r w:rsidRPr="00E76E80">
        <w:rPr>
          <w:rFonts w:ascii="Aptos" w:hAnsi="Aptos"/>
        </w:rPr>
        <w:t>Award-winning feature screenwriter specializing in female-driven historical and crime dramas. Her work examines power, ambition, violence, and moral consequence through complex women navigating volatile periods of history. Her feature screenplay LUPAE has earned international recognition, including Grand Winner for Best Women Script at the Cannes World Film Festival and Best Feature Film Script at the Amsterdam New Cinema Film Festival.</w:t>
      </w:r>
    </w:p>
    <w:p w14:paraId="48A39F05" w14:textId="77777777" w:rsidR="00A96D2D" w:rsidRPr="00E76E80" w:rsidRDefault="00A41DCC">
      <w:pPr>
        <w:pStyle w:val="Heading2"/>
        <w:rPr>
          <w:rFonts w:ascii="Aptos" w:hAnsi="Aptos"/>
        </w:rPr>
      </w:pPr>
      <w:r w:rsidRPr="00E76E80">
        <w:rPr>
          <w:rFonts w:ascii="Aptos" w:hAnsi="Aptos"/>
        </w:rPr>
        <w:t>SELECTED RECOGNITION</w:t>
      </w:r>
    </w:p>
    <w:p w14:paraId="48185B9B" w14:textId="77777777" w:rsidR="00A96D2D" w:rsidRPr="00E76E80" w:rsidRDefault="00A41DCC">
      <w:pPr>
        <w:pStyle w:val="ListBullet"/>
        <w:rPr>
          <w:rFonts w:ascii="Aptos" w:hAnsi="Aptos"/>
        </w:rPr>
      </w:pPr>
      <w:r w:rsidRPr="00E76E80">
        <w:rPr>
          <w:rFonts w:ascii="Aptos" w:hAnsi="Aptos"/>
        </w:rPr>
        <w:t>Cannes World Film Festival – Grand Winner, Best Women Script (LUPAE)</w:t>
      </w:r>
    </w:p>
    <w:p w14:paraId="697F2C83" w14:textId="379E107A" w:rsidR="00A96D2D" w:rsidRPr="00E76E80" w:rsidRDefault="00A41DCC">
      <w:pPr>
        <w:pStyle w:val="ListBullet"/>
        <w:rPr>
          <w:rFonts w:ascii="Aptos" w:hAnsi="Aptos"/>
        </w:rPr>
      </w:pPr>
      <w:r w:rsidRPr="00E76E80">
        <w:rPr>
          <w:rFonts w:ascii="Aptos" w:hAnsi="Aptos"/>
        </w:rPr>
        <w:t xml:space="preserve">Amsterdam New Cinema Film Festival – Winner, Best Feature </w:t>
      </w:r>
      <w:r w:rsidR="00E76E80">
        <w:rPr>
          <w:rFonts w:ascii="Aptos" w:hAnsi="Aptos"/>
        </w:rPr>
        <w:t>S</w:t>
      </w:r>
      <w:r w:rsidRPr="00E76E80">
        <w:rPr>
          <w:rFonts w:ascii="Aptos" w:hAnsi="Aptos"/>
        </w:rPr>
        <w:t>cript (LUPAE)</w:t>
      </w:r>
    </w:p>
    <w:p w14:paraId="4EDB8A4F" w14:textId="77777777" w:rsidR="00A96D2D" w:rsidRPr="00E76E80" w:rsidRDefault="00A41DCC">
      <w:pPr>
        <w:pStyle w:val="ListBullet"/>
        <w:rPr>
          <w:rFonts w:ascii="Aptos" w:hAnsi="Aptos"/>
        </w:rPr>
      </w:pPr>
      <w:r w:rsidRPr="00E76E80">
        <w:rPr>
          <w:rFonts w:ascii="Aptos" w:hAnsi="Aptos"/>
        </w:rPr>
        <w:t>Crown Wood International Film Festival – Drama (LUPAE)</w:t>
      </w:r>
    </w:p>
    <w:p w14:paraId="5755E80B" w14:textId="77777777" w:rsidR="00A96D2D" w:rsidRPr="00E76E80" w:rsidRDefault="00A41DCC">
      <w:pPr>
        <w:pStyle w:val="ListBullet"/>
        <w:rPr>
          <w:rFonts w:ascii="Aptos" w:hAnsi="Aptos"/>
        </w:rPr>
      </w:pPr>
      <w:r w:rsidRPr="00E76E80">
        <w:rPr>
          <w:rFonts w:ascii="Aptos" w:hAnsi="Aptos"/>
        </w:rPr>
        <w:t>Festival de Indie – Winner (LUPAE)</w:t>
      </w:r>
    </w:p>
    <w:p w14:paraId="15B3C4B1" w14:textId="77777777" w:rsidR="00A96D2D" w:rsidRPr="00E76E80" w:rsidRDefault="00A41DCC">
      <w:pPr>
        <w:pStyle w:val="ListBullet"/>
        <w:rPr>
          <w:rFonts w:ascii="Aptos" w:hAnsi="Aptos"/>
        </w:rPr>
      </w:pPr>
      <w:r w:rsidRPr="00E76E80">
        <w:rPr>
          <w:rFonts w:ascii="Aptos" w:hAnsi="Aptos"/>
        </w:rPr>
        <w:t>Tokyo Film &amp; Screenplay Awards – Winner (LUPAE)</w:t>
      </w:r>
    </w:p>
    <w:p w14:paraId="2C8D73D9" w14:textId="77777777" w:rsidR="00A96D2D" w:rsidRPr="00E76E80" w:rsidRDefault="00A41DCC">
      <w:pPr>
        <w:pStyle w:val="ListBullet"/>
        <w:rPr>
          <w:rFonts w:ascii="Aptos" w:hAnsi="Aptos"/>
        </w:rPr>
      </w:pPr>
      <w:r w:rsidRPr="00E76E80">
        <w:rPr>
          <w:rFonts w:ascii="Aptos" w:hAnsi="Aptos"/>
        </w:rPr>
        <w:t>Additional honors include Coverfly Red List recognition and multiple official selections, finalist, semifinalist, and quarterfinalist placements.</w:t>
      </w:r>
    </w:p>
    <w:p w14:paraId="49A2127D" w14:textId="77777777" w:rsidR="00A96D2D" w:rsidRPr="00E76E80" w:rsidRDefault="00A41DCC">
      <w:pPr>
        <w:pStyle w:val="Heading2"/>
        <w:rPr>
          <w:rFonts w:ascii="Aptos" w:hAnsi="Aptos"/>
        </w:rPr>
      </w:pPr>
      <w:r w:rsidRPr="00E76E80">
        <w:rPr>
          <w:rFonts w:ascii="Aptos" w:hAnsi="Aptos"/>
        </w:rPr>
        <w:t>FEATURE SCREENPLAYS</w:t>
      </w:r>
    </w:p>
    <w:p w14:paraId="69AC2A43" w14:textId="77777777" w:rsidR="00A96D2D" w:rsidRPr="00E76E80" w:rsidRDefault="00A41DCC">
      <w:pPr>
        <w:pStyle w:val="Heading3"/>
        <w:rPr>
          <w:rFonts w:ascii="Aptos" w:hAnsi="Aptos"/>
        </w:rPr>
      </w:pPr>
      <w:r w:rsidRPr="00E76E80">
        <w:rPr>
          <w:rFonts w:ascii="Aptos" w:hAnsi="Aptos"/>
        </w:rPr>
        <w:t>LUPAE</w:t>
      </w:r>
    </w:p>
    <w:p w14:paraId="0CDE38EA" w14:textId="77777777" w:rsidR="00A96D2D" w:rsidRPr="00E76E80" w:rsidRDefault="00A41DCC">
      <w:pPr>
        <w:rPr>
          <w:rFonts w:ascii="Aptos" w:hAnsi="Aptos"/>
        </w:rPr>
      </w:pPr>
      <w:r w:rsidRPr="00E76E80">
        <w:rPr>
          <w:rFonts w:ascii="Aptos" w:hAnsi="Aptos"/>
        </w:rPr>
        <w:t>Historical Drama / Violent Love Story</w:t>
      </w:r>
      <w:r w:rsidRPr="00E76E80">
        <w:rPr>
          <w:rFonts w:ascii="Aptos" w:hAnsi="Aptos"/>
        </w:rPr>
        <w:br/>
      </w:r>
      <w:r w:rsidRPr="00E76E80">
        <w:rPr>
          <w:rFonts w:ascii="Aptos" w:hAnsi="Aptos"/>
        </w:rPr>
        <w:br/>
      </w:r>
      <w:r w:rsidRPr="00E76E80">
        <w:rPr>
          <w:rFonts w:ascii="Aptos" w:hAnsi="Aptos"/>
        </w:rPr>
        <w:t>During the French Revolution, a rural mother is secretly recruited into Robespierre's service as an executioner, forcing her to reconcile the brutality of her work with the family and legacy she is determined to protect.</w:t>
      </w:r>
    </w:p>
    <w:p w14:paraId="443A240D" w14:textId="77777777" w:rsidR="00A96D2D" w:rsidRPr="00E76E80" w:rsidRDefault="00A41DCC">
      <w:pPr>
        <w:pStyle w:val="Heading3"/>
        <w:rPr>
          <w:rFonts w:ascii="Aptos" w:hAnsi="Aptos"/>
        </w:rPr>
      </w:pPr>
      <w:r w:rsidRPr="00E76E80">
        <w:rPr>
          <w:rFonts w:ascii="Aptos" w:hAnsi="Aptos"/>
        </w:rPr>
        <w:t>MADRINA</w:t>
      </w:r>
    </w:p>
    <w:p w14:paraId="0585E5A9" w14:textId="77777777" w:rsidR="00A96D2D" w:rsidRPr="00E76E80" w:rsidRDefault="00A41DCC">
      <w:pPr>
        <w:rPr>
          <w:rFonts w:ascii="Aptos" w:hAnsi="Aptos"/>
        </w:rPr>
      </w:pPr>
      <w:r w:rsidRPr="00E76E80">
        <w:rPr>
          <w:rFonts w:ascii="Aptos" w:hAnsi="Aptos"/>
        </w:rPr>
        <w:t>Crime Drama – In Development</w:t>
      </w:r>
      <w:r w:rsidRPr="00E76E80">
        <w:rPr>
          <w:rFonts w:ascii="Aptos" w:hAnsi="Aptos"/>
        </w:rPr>
        <w:br/>
      </w:r>
      <w:r w:rsidRPr="00E76E80">
        <w:rPr>
          <w:rFonts w:ascii="Aptos" w:hAnsi="Aptos"/>
        </w:rPr>
        <w:br/>
        <w:t>During Prohibition, an iron-willed matriarch builds an all-women bootlegging empire along the northern border while navigating organized crime, law enforcement, and betrayal.</w:t>
      </w:r>
    </w:p>
    <w:p w14:paraId="7CC83D30" w14:textId="77777777" w:rsidR="00A96D2D" w:rsidRPr="00E76E80" w:rsidRDefault="00A41DCC">
      <w:pPr>
        <w:pStyle w:val="Heading2"/>
        <w:rPr>
          <w:rFonts w:ascii="Aptos" w:hAnsi="Aptos"/>
        </w:rPr>
      </w:pPr>
      <w:r w:rsidRPr="00E76E80">
        <w:rPr>
          <w:rFonts w:ascii="Aptos" w:hAnsi="Aptos"/>
        </w:rPr>
        <w:lastRenderedPageBreak/>
        <w:t>GENRES</w:t>
      </w:r>
    </w:p>
    <w:p w14:paraId="28E04E81" w14:textId="77777777" w:rsidR="00A96D2D" w:rsidRPr="00E76E80" w:rsidRDefault="00A41DCC">
      <w:pPr>
        <w:rPr>
          <w:rFonts w:ascii="Aptos" w:hAnsi="Aptos"/>
        </w:rPr>
      </w:pPr>
      <w:r w:rsidRPr="00E76E80">
        <w:rPr>
          <w:rFonts w:ascii="Aptos" w:hAnsi="Aptos"/>
        </w:rPr>
        <w:t>Historical Drama | Crime Drama | Female-Driven Drama | Period Drama</w:t>
      </w:r>
    </w:p>
    <w:p w14:paraId="40306C47" w14:textId="77777777" w:rsidR="00A96D2D" w:rsidRPr="00E76E80" w:rsidRDefault="00A41DCC">
      <w:pPr>
        <w:pStyle w:val="Heading2"/>
        <w:rPr>
          <w:rFonts w:ascii="Aptos" w:hAnsi="Aptos"/>
        </w:rPr>
      </w:pPr>
      <w:r w:rsidRPr="00E76E80">
        <w:rPr>
          <w:rFonts w:ascii="Aptos" w:hAnsi="Aptos"/>
        </w:rPr>
        <w:t>INDUSTRY PROFILES</w:t>
      </w:r>
    </w:p>
    <w:p w14:paraId="1CB6A93A" w14:textId="77777777" w:rsidR="00A96D2D" w:rsidRPr="00E76E80" w:rsidRDefault="00A41DCC">
      <w:pPr>
        <w:pStyle w:val="ListBullet"/>
        <w:rPr>
          <w:rFonts w:ascii="Aptos" w:hAnsi="Aptos"/>
        </w:rPr>
      </w:pPr>
      <w:r w:rsidRPr="00E76E80">
        <w:rPr>
          <w:rFonts w:ascii="Aptos" w:hAnsi="Aptos"/>
        </w:rPr>
        <w:t>International Screenwriters' Association (ISA)</w:t>
      </w:r>
    </w:p>
    <w:p w14:paraId="2686C9D9" w14:textId="77777777" w:rsidR="00A96D2D" w:rsidRPr="00E76E80" w:rsidRDefault="00A41DCC">
      <w:pPr>
        <w:pStyle w:val="ListBullet"/>
        <w:rPr>
          <w:rFonts w:ascii="Aptos" w:hAnsi="Aptos"/>
        </w:rPr>
      </w:pPr>
      <w:r w:rsidRPr="00E76E80">
        <w:rPr>
          <w:rFonts w:ascii="Aptos" w:hAnsi="Aptos"/>
        </w:rPr>
        <w:t>IMDb</w:t>
      </w:r>
    </w:p>
    <w:p w14:paraId="1BFA5104" w14:textId="77777777" w:rsidR="00A96D2D" w:rsidRPr="00E76E80" w:rsidRDefault="00A41DCC">
      <w:pPr>
        <w:pStyle w:val="ListBullet"/>
        <w:rPr>
          <w:rFonts w:ascii="Aptos" w:hAnsi="Aptos"/>
        </w:rPr>
      </w:pPr>
      <w:r w:rsidRPr="00E76E80">
        <w:rPr>
          <w:rFonts w:ascii="Aptos" w:hAnsi="Aptos"/>
        </w:rPr>
        <w:t>The Black List</w:t>
      </w:r>
    </w:p>
    <w:p w14:paraId="6D02CF5B" w14:textId="77777777" w:rsidR="00A96D2D" w:rsidRPr="00E76E80" w:rsidRDefault="00A41DCC">
      <w:pPr>
        <w:pStyle w:val="ListBullet"/>
        <w:rPr>
          <w:rFonts w:ascii="Aptos" w:hAnsi="Aptos"/>
        </w:rPr>
      </w:pPr>
      <w:r w:rsidRPr="00E76E80">
        <w:rPr>
          <w:rFonts w:ascii="Aptos" w:hAnsi="Aptos"/>
        </w:rPr>
        <w:t>InkTip</w:t>
      </w:r>
    </w:p>
    <w:p w14:paraId="1FD9CC26" w14:textId="77777777" w:rsidR="00A96D2D" w:rsidRPr="00E76E80" w:rsidRDefault="00A41DCC">
      <w:pPr>
        <w:pStyle w:val="Heading2"/>
        <w:rPr>
          <w:rFonts w:ascii="Aptos" w:hAnsi="Aptos"/>
        </w:rPr>
      </w:pPr>
      <w:r w:rsidRPr="00E76E80">
        <w:rPr>
          <w:rFonts w:ascii="Aptos" w:hAnsi="Aptos"/>
        </w:rPr>
        <w:t>EDUCATION</w:t>
      </w:r>
    </w:p>
    <w:p w14:paraId="01798B7A" w14:textId="77777777" w:rsidR="00A96D2D" w:rsidRPr="00E76E80" w:rsidRDefault="00A41DCC">
      <w:pPr>
        <w:rPr>
          <w:rFonts w:ascii="Aptos" w:hAnsi="Aptos"/>
        </w:rPr>
      </w:pPr>
      <w:r w:rsidRPr="00E76E80">
        <w:rPr>
          <w:rFonts w:ascii="Aptos" w:hAnsi="Aptos"/>
        </w:rPr>
        <w:t>MBA, Business Administration and Leadership – Concordia University, Saint Paul</w:t>
      </w:r>
    </w:p>
    <w:p w14:paraId="2EE8673E" w14:textId="77777777" w:rsidR="00A96D2D" w:rsidRPr="00E76E80" w:rsidRDefault="00A41DCC">
      <w:pPr>
        <w:rPr>
          <w:rFonts w:ascii="Aptos" w:hAnsi="Aptos"/>
        </w:rPr>
      </w:pPr>
      <w:r w:rsidRPr="00E76E80">
        <w:rPr>
          <w:rFonts w:ascii="Aptos" w:hAnsi="Aptos"/>
        </w:rPr>
        <w:t>BA, Philosophy – Metropolitan State University</w:t>
      </w:r>
    </w:p>
    <w:sectPr w:rsidR="00A96D2D" w:rsidRPr="00E76E8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9296781">
    <w:abstractNumId w:val="8"/>
  </w:num>
  <w:num w:numId="2" w16cid:durableId="2044863464">
    <w:abstractNumId w:val="6"/>
  </w:num>
  <w:num w:numId="3" w16cid:durableId="386077797">
    <w:abstractNumId w:val="5"/>
  </w:num>
  <w:num w:numId="4" w16cid:durableId="1890609054">
    <w:abstractNumId w:val="4"/>
  </w:num>
  <w:num w:numId="5" w16cid:durableId="362635870">
    <w:abstractNumId w:val="7"/>
  </w:num>
  <w:num w:numId="6" w16cid:durableId="42101233">
    <w:abstractNumId w:val="3"/>
  </w:num>
  <w:num w:numId="7" w16cid:durableId="1001085024">
    <w:abstractNumId w:val="2"/>
  </w:num>
  <w:num w:numId="8" w16cid:durableId="1949508469">
    <w:abstractNumId w:val="1"/>
  </w:num>
  <w:num w:numId="9" w16cid:durableId="722484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8303F"/>
    <w:rsid w:val="00A41DCC"/>
    <w:rsid w:val="00A96D2D"/>
    <w:rsid w:val="00AA1D8D"/>
    <w:rsid w:val="00B47730"/>
    <w:rsid w:val="00CB0664"/>
    <w:rsid w:val="00D217D0"/>
    <w:rsid w:val="00E76E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458E44"/>
  <w14:defaultImageDpi w14:val="300"/>
  <w15:docId w15:val="{9C06F8B1-AC78-4C2B-B6A5-03263D43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1752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Edris Caige</cp:lastModifiedBy>
  <cp:revision>2</cp:revision>
  <dcterms:created xsi:type="dcterms:W3CDTF">2026-07-15T15:38:00Z</dcterms:created>
  <dcterms:modified xsi:type="dcterms:W3CDTF">2026-07-15T15:38:00Z</dcterms:modified>
  <cp:category/>
</cp:coreProperties>
</file>