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C9250" w14:textId="77777777" w:rsidR="001723D1" w:rsidRDefault="00000000">
      <w:r>
        <w:t>DENTON J. CORDELL</w:t>
      </w:r>
    </w:p>
    <w:p w14:paraId="1625EC25" w14:textId="77777777" w:rsidR="001723D1" w:rsidRDefault="00000000">
      <w:r>
        <w:t>Winter Haven, FL • 661-917-7886 • denton.cordell@sbcglobal.net</w:t>
      </w:r>
    </w:p>
    <w:p w14:paraId="1D37B8D9" w14:textId="427BEF66" w:rsidR="001723D1" w:rsidRDefault="00000000">
      <w:r>
        <w:t>Veterans Preference: 10-pt • Portfolio: www.</w:t>
      </w:r>
      <w:r w:rsidR="001C21CB">
        <w:t>dentoncordell</w:t>
      </w:r>
      <w:r>
        <w:t>.com</w:t>
      </w:r>
    </w:p>
    <w:p w14:paraId="0D5C0DA4" w14:textId="593D53DF" w:rsidR="001723D1" w:rsidRDefault="002D7DED">
      <w:r>
        <w:t xml:space="preserve">FILM &amp; POST-PRODUCTION | </w:t>
      </w:r>
      <w:r w:rsidR="00000000">
        <w:t xml:space="preserve">PRODUCTION SOUND MIXER | </w:t>
      </w:r>
      <w:r>
        <w:t>MEDIA SYSTEMS SUPPORT</w:t>
      </w:r>
      <w:r w:rsidR="00000000">
        <w:t xml:space="preserve"> </w:t>
      </w:r>
    </w:p>
    <w:p w14:paraId="22EEC8A5" w14:textId="77777777" w:rsidR="002D7DED" w:rsidRDefault="002D7DED">
      <w:r w:rsidRPr="002D7DED">
        <w:t>Detail-oriented Film and Audio Production Specialist with an MFA in Film Production and extensive experience supporting technical workflows, instructional environments, and mission-critical operations. Strong background in lab-based production environments, multi-system troubleshooting, student support, and hands-on technical instruction. Proven ability to explain complex concepts clearly, maintain organized technical spaces, and support both faculty and students in fast-paced production settings.</w:t>
      </w:r>
    </w:p>
    <w:p w14:paraId="3768A5B6" w14:textId="67045548" w:rsidR="001723D1" w:rsidRDefault="00000000">
      <w:r>
        <w:t xml:space="preserve">CORE </w:t>
      </w:r>
      <w:r w:rsidR="002D7DED">
        <w:t>COMPENTENCIES</w:t>
      </w:r>
    </w:p>
    <w:p w14:paraId="6E1EB092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Film &amp; Post-Production Lab Support</w:t>
      </w:r>
    </w:p>
    <w:p w14:paraId="2A68BF8F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Multi-Camera &amp; Studio Production Environments</w:t>
      </w:r>
    </w:p>
    <w:p w14:paraId="0F89A7CB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Audio, Video &amp; Signal Flow Systems</w:t>
      </w:r>
    </w:p>
    <w:p w14:paraId="2EF6DE3B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Student Support &amp; Instructional Assistance</w:t>
      </w:r>
    </w:p>
    <w:p w14:paraId="4FB83BD9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Equipment Setup, Maintenance &amp; Workflow Support</w:t>
      </w:r>
    </w:p>
    <w:p w14:paraId="69DCD96F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Troubleshooting (Audio, Video, Sync, Signal Path)</w:t>
      </w:r>
    </w:p>
    <w:p w14:paraId="588E5CDA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Digital Media File Management &amp; Transcoding</w:t>
      </w:r>
    </w:p>
    <w:p w14:paraId="688CF5C1" w14:textId="182FDF30" w:rsidR="002D7DED" w:rsidRDefault="002D7DED" w:rsidP="002D7DED">
      <w:pPr>
        <w:pStyle w:val="ListParagraph"/>
        <w:numPr>
          <w:ilvl w:val="0"/>
          <w:numId w:val="10"/>
        </w:numPr>
      </w:pPr>
      <w:r>
        <w:t xml:space="preserve">Pro Tools • DaVinci Resolve • </w:t>
      </w:r>
      <w:proofErr w:type="spellStart"/>
      <w:r>
        <w:t>iZotope</w:t>
      </w:r>
      <w:proofErr w:type="spellEnd"/>
      <w:r>
        <w:t xml:space="preserve"> RX</w:t>
      </w:r>
    </w:p>
    <w:p w14:paraId="790820DC" w14:textId="10C8F556" w:rsidR="00D4737F" w:rsidRDefault="00D4737F" w:rsidP="002D7DED">
      <w:pPr>
        <w:pStyle w:val="ListParagraph"/>
        <w:numPr>
          <w:ilvl w:val="0"/>
          <w:numId w:val="10"/>
        </w:numPr>
      </w:pPr>
      <w:r w:rsidRPr="00D4737F">
        <w:t xml:space="preserve">Dub Stage Internship, Full Sail: Advanced </w:t>
      </w:r>
      <w:proofErr w:type="spellStart"/>
      <w:r w:rsidRPr="00D4737F">
        <w:t>iZotope</w:t>
      </w:r>
      <w:proofErr w:type="spellEnd"/>
      <w:r w:rsidRPr="00D4737F">
        <w:t xml:space="preserve"> RX </w:t>
      </w:r>
      <w:r>
        <w:t>Audio Post Cleanup</w:t>
      </w:r>
    </w:p>
    <w:p w14:paraId="02BCCFCC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Timecode, Sync &amp; Metadata Workflows</w:t>
      </w:r>
    </w:p>
    <w:p w14:paraId="207C810E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Technical Documentation &amp; Lab Organization</w:t>
      </w:r>
    </w:p>
    <w:p w14:paraId="636FB58D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Clear Technical Communication &amp; Training Support</w:t>
      </w:r>
    </w:p>
    <w:p w14:paraId="53A7284A" w14:textId="77777777" w:rsidR="002D7DED" w:rsidRDefault="002D7DED" w:rsidP="002D7DED">
      <w:pPr>
        <w:pStyle w:val="ListParagraph"/>
        <w:numPr>
          <w:ilvl w:val="0"/>
          <w:numId w:val="10"/>
        </w:numPr>
      </w:pPr>
      <w:r>
        <w:t>MS Word • Excel • PowerPoint • Outlook</w:t>
      </w:r>
    </w:p>
    <w:p w14:paraId="54806C3E" w14:textId="77777777" w:rsidR="008D24F7" w:rsidRDefault="008D24F7" w:rsidP="008D24F7">
      <w:r>
        <w:t>FILM &amp; POST-PRODUCTION EXPERIENCE</w:t>
      </w:r>
    </w:p>
    <w:p w14:paraId="5DC5592B" w14:textId="77777777" w:rsidR="008D24F7" w:rsidRDefault="008D24F7" w:rsidP="008D24F7">
      <w:r>
        <w:t>Production Sound Mixer / Technical Production Support</w:t>
      </w:r>
    </w:p>
    <w:p w14:paraId="76FAADDF" w14:textId="77777777" w:rsidR="008D24F7" w:rsidRPr="008D24F7" w:rsidRDefault="008D24F7" w:rsidP="008D24F7">
      <w:pPr>
        <w:rPr>
          <w:i/>
          <w:iCs/>
        </w:rPr>
      </w:pPr>
      <w:r w:rsidRPr="008D24F7">
        <w:rPr>
          <w:i/>
          <w:iCs/>
        </w:rPr>
        <w:t>Independent Film Productions | 2024–2025</w:t>
      </w:r>
    </w:p>
    <w:p w14:paraId="09ED2965" w14:textId="77777777" w:rsidR="008D24F7" w:rsidRDefault="008D24F7" w:rsidP="008D24F7">
      <w:pPr>
        <w:pStyle w:val="ListParagraph"/>
        <w:numPr>
          <w:ilvl w:val="0"/>
          <w:numId w:val="11"/>
        </w:numPr>
      </w:pPr>
      <w:r>
        <w:t>Served as Production Sound Mixer and technical support lead on 17+ short films, supporting end-to-end production and post workflows.</w:t>
      </w:r>
    </w:p>
    <w:p w14:paraId="6A59B206" w14:textId="77777777" w:rsidR="008D24F7" w:rsidRDefault="008D24F7" w:rsidP="008D24F7">
      <w:pPr>
        <w:pStyle w:val="ListParagraph"/>
        <w:numPr>
          <w:ilvl w:val="0"/>
          <w:numId w:val="11"/>
        </w:numPr>
      </w:pPr>
      <w:r>
        <w:t>Set up, operated, and troubleshot multi-system audio chains including boom, lavaliers, wireless systems, timecode, and camera sync.</w:t>
      </w:r>
    </w:p>
    <w:p w14:paraId="0E0F8213" w14:textId="77777777" w:rsidR="008D24F7" w:rsidRDefault="008D24F7" w:rsidP="008D24F7">
      <w:pPr>
        <w:pStyle w:val="ListParagraph"/>
        <w:numPr>
          <w:ilvl w:val="0"/>
          <w:numId w:val="11"/>
        </w:numPr>
      </w:pPr>
      <w:r>
        <w:t>Managed multi-track recording workflows using Sound Devices MixPre-6 and Tentacle Sync.</w:t>
      </w:r>
    </w:p>
    <w:p w14:paraId="03FDC9FB" w14:textId="0E1CF57B" w:rsidR="008D24F7" w:rsidRDefault="008D24F7" w:rsidP="008D24F7">
      <w:pPr>
        <w:pStyle w:val="ListParagraph"/>
        <w:numPr>
          <w:ilvl w:val="0"/>
          <w:numId w:val="11"/>
        </w:numPr>
      </w:pPr>
      <w:r>
        <w:t>Supported post-production workflows in DaVinci Resolve and Pro Tools including syncing, organization, EQ, and cleanup.</w:t>
      </w:r>
    </w:p>
    <w:p w14:paraId="3A3A42B4" w14:textId="77777777" w:rsidR="008D24F7" w:rsidRDefault="008D24F7" w:rsidP="008D24F7">
      <w:pPr>
        <w:pStyle w:val="ListParagraph"/>
        <w:numPr>
          <w:ilvl w:val="0"/>
          <w:numId w:val="11"/>
        </w:numPr>
      </w:pPr>
      <w:r>
        <w:t>Created and maintained organized file structures, metadata logs, backups, and handoff packages for editors and post teams.</w:t>
      </w:r>
    </w:p>
    <w:p w14:paraId="681DC6C9" w14:textId="77777777" w:rsidR="008D24F7" w:rsidRDefault="008D24F7" w:rsidP="008D24F7">
      <w:pPr>
        <w:pStyle w:val="ListParagraph"/>
        <w:numPr>
          <w:ilvl w:val="0"/>
          <w:numId w:val="11"/>
        </w:numPr>
      </w:pPr>
      <w:r>
        <w:t>Regularly explained technical workflows to students and crew members in clear, accessible terms.</w:t>
      </w:r>
    </w:p>
    <w:p w14:paraId="595FED3A" w14:textId="77777777" w:rsidR="008D24F7" w:rsidRDefault="008D24F7" w:rsidP="008D24F7">
      <w:pPr>
        <w:pStyle w:val="ListParagraph"/>
        <w:numPr>
          <w:ilvl w:val="0"/>
          <w:numId w:val="11"/>
        </w:numPr>
      </w:pPr>
      <w:r>
        <w:lastRenderedPageBreak/>
        <w:t>Adapted quickly in fast-paced environments, resolving issues related to signal flow, RF interference, noise, and equipment failure.</w:t>
      </w:r>
    </w:p>
    <w:p w14:paraId="562840C3" w14:textId="77777777" w:rsidR="008D24F7" w:rsidRDefault="008D24F7" w:rsidP="008D24F7">
      <w:pPr>
        <w:pStyle w:val="ListParagraph"/>
        <w:numPr>
          <w:ilvl w:val="0"/>
          <w:numId w:val="11"/>
        </w:numPr>
      </w:pPr>
      <w:r>
        <w:t>Supported collaborative, student-centered production environments aligned with educational goals.</w:t>
      </w:r>
    </w:p>
    <w:p w14:paraId="0F948BFB" w14:textId="77777777" w:rsidR="008D24F7" w:rsidRDefault="008D24F7" w:rsidP="008D24F7">
      <w:r>
        <w:t>TECHNICAL &amp; OPERATIONS EXPERIENCE</w:t>
      </w:r>
    </w:p>
    <w:p w14:paraId="50CAE098" w14:textId="77777777" w:rsidR="008D24F7" w:rsidRDefault="008D24F7" w:rsidP="008D24F7">
      <w:r>
        <w:t>Embedded Mental Health Technician (Program Support &amp; Training Systems)</w:t>
      </w:r>
    </w:p>
    <w:p w14:paraId="1216FAD8" w14:textId="77777777" w:rsidR="008D24F7" w:rsidRDefault="008D24F7" w:rsidP="008D24F7">
      <w:r>
        <w:t>KBR / MacDill AFB | 2019–2025</w:t>
      </w:r>
    </w:p>
    <w:p w14:paraId="16A1D8DC" w14:textId="77777777" w:rsidR="008D24F7" w:rsidRDefault="008D24F7" w:rsidP="008D24F7">
      <w:r>
        <w:t>Worked in highly regulated, technical, mission-critical environments requiring strict protocol adherence and system reliability.</w:t>
      </w:r>
    </w:p>
    <w:p w14:paraId="5A091FBA" w14:textId="77777777" w:rsidR="008D24F7" w:rsidRDefault="008D24F7" w:rsidP="008D24F7">
      <w:r>
        <w:t>Supported training operations, technical documentation, scheduling, and multi-team coordination.</w:t>
      </w:r>
    </w:p>
    <w:p w14:paraId="2B12F811" w14:textId="77777777" w:rsidR="008D24F7" w:rsidRDefault="008D24F7" w:rsidP="008D24F7">
      <w:r>
        <w:t>Assisted in development and delivery of training materials and instructional content, including video and audio-supported resources.</w:t>
      </w:r>
    </w:p>
    <w:p w14:paraId="007F95A4" w14:textId="0878AA74" w:rsidR="008D24F7" w:rsidRDefault="008D24F7" w:rsidP="008D24F7">
      <w:r>
        <w:t>Known for clear communication, organization, and procedural discipline.</w:t>
      </w:r>
    </w:p>
    <w:p w14:paraId="49CEF596" w14:textId="2162918C" w:rsidR="008D24F7" w:rsidRDefault="008D24F7" w:rsidP="008D24F7">
      <w:r>
        <w:t>E</w:t>
      </w:r>
      <w:r>
        <w:t>DUCATION</w:t>
      </w:r>
    </w:p>
    <w:p w14:paraId="23B052C9" w14:textId="77777777" w:rsidR="008D24F7" w:rsidRDefault="008D24F7" w:rsidP="008D24F7">
      <w:r>
        <w:t>Master of Fine Arts (MFA), Film Production – Full Sail University</w:t>
      </w:r>
    </w:p>
    <w:p w14:paraId="3E64B3F3" w14:textId="77777777" w:rsidR="008D24F7" w:rsidRDefault="008D24F7" w:rsidP="008D24F7">
      <w:r>
        <w:t>Valedictorian • GPA 4.0 • Directing Talent Course Director Award</w:t>
      </w:r>
    </w:p>
    <w:p w14:paraId="38583D55" w14:textId="77777777" w:rsidR="008D24F7" w:rsidRDefault="008D24F7" w:rsidP="008D24F7">
      <w:r>
        <w:t>Bachelor of Science, Audio Production – Full Sail University</w:t>
      </w:r>
    </w:p>
    <w:p w14:paraId="25C7E84C" w14:textId="77777777" w:rsidR="008D24F7" w:rsidRDefault="008D24F7" w:rsidP="008D24F7">
      <w:r>
        <w:t>Valedictorian • GPA 4.0 • Advanced Achievement Award • 4 Course Director Awards</w:t>
      </w:r>
    </w:p>
    <w:p w14:paraId="00FFAD85" w14:textId="5D767DE0" w:rsidR="001723D1" w:rsidRDefault="00000000" w:rsidP="008D24F7">
      <w:r>
        <w:t>CERTIFICATIONS</w:t>
      </w:r>
    </w:p>
    <w:p w14:paraId="6BB07745" w14:textId="77777777" w:rsidR="001723D1" w:rsidRDefault="00000000">
      <w:r>
        <w:t>• Avid Certified User — Pro Tools</w:t>
      </w:r>
    </w:p>
    <w:p w14:paraId="6BDC757F" w14:textId="77777777" w:rsidR="001723D1" w:rsidRDefault="00000000">
      <w:r>
        <w:t>• Avid Certified Operator — Pro Tools</w:t>
      </w:r>
    </w:p>
    <w:p w14:paraId="70944C52" w14:textId="66CBCF63" w:rsidR="001723D1" w:rsidRDefault="00000000">
      <w:r>
        <w:t>• DJ Certification — Scratch DJ Academy Los Angeles</w:t>
      </w:r>
    </w:p>
    <w:p w14:paraId="33F53022" w14:textId="77777777" w:rsidR="001723D1" w:rsidRDefault="001723D1"/>
    <w:sectPr w:rsidR="001723D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E744D91"/>
    <w:multiLevelType w:val="hybridMultilevel"/>
    <w:tmpl w:val="F4B0B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97D30"/>
    <w:multiLevelType w:val="hybridMultilevel"/>
    <w:tmpl w:val="CD74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731009">
    <w:abstractNumId w:val="8"/>
  </w:num>
  <w:num w:numId="2" w16cid:durableId="1681272790">
    <w:abstractNumId w:val="6"/>
  </w:num>
  <w:num w:numId="3" w16cid:durableId="1804230960">
    <w:abstractNumId w:val="5"/>
  </w:num>
  <w:num w:numId="4" w16cid:durableId="47387857">
    <w:abstractNumId w:val="4"/>
  </w:num>
  <w:num w:numId="5" w16cid:durableId="702245641">
    <w:abstractNumId w:val="7"/>
  </w:num>
  <w:num w:numId="6" w16cid:durableId="626202168">
    <w:abstractNumId w:val="3"/>
  </w:num>
  <w:num w:numId="7" w16cid:durableId="758645900">
    <w:abstractNumId w:val="2"/>
  </w:num>
  <w:num w:numId="8" w16cid:durableId="84571723">
    <w:abstractNumId w:val="1"/>
  </w:num>
  <w:num w:numId="9" w16cid:durableId="989598120">
    <w:abstractNumId w:val="0"/>
  </w:num>
  <w:num w:numId="10" w16cid:durableId="669403713">
    <w:abstractNumId w:val="9"/>
  </w:num>
  <w:num w:numId="11" w16cid:durableId="996222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362"/>
    <w:rsid w:val="0015074B"/>
    <w:rsid w:val="001723D1"/>
    <w:rsid w:val="001C21CB"/>
    <w:rsid w:val="0029639D"/>
    <w:rsid w:val="002B72C6"/>
    <w:rsid w:val="002D7DED"/>
    <w:rsid w:val="00326F90"/>
    <w:rsid w:val="0038074D"/>
    <w:rsid w:val="00690EC9"/>
    <w:rsid w:val="00887219"/>
    <w:rsid w:val="008D24F7"/>
    <w:rsid w:val="009777F4"/>
    <w:rsid w:val="00AA1D8D"/>
    <w:rsid w:val="00B47730"/>
    <w:rsid w:val="00CB0664"/>
    <w:rsid w:val="00CE4B5A"/>
    <w:rsid w:val="00D4737F"/>
    <w:rsid w:val="00EE67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3ECAE9"/>
  <w14:defaultImageDpi w14:val="300"/>
  <w15:docId w15:val="{24986E89-08AD-ED48-AA80-2572606B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Denny Cordell</cp:lastModifiedBy>
  <cp:revision>2</cp:revision>
  <dcterms:created xsi:type="dcterms:W3CDTF">2026-01-15T02:27:00Z</dcterms:created>
  <dcterms:modified xsi:type="dcterms:W3CDTF">2026-01-15T02:27:00Z</dcterms:modified>
  <cp:category/>
</cp:coreProperties>
</file>